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XSpec="center" w:tblpY="-210"/>
        <w:tblW w:w="9889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837"/>
      </w:tblGrid>
      <w:tr w:rsidR="00DB0982" w14:paraId="2762A716" w14:textId="77777777" w:rsidTr="00DB0982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3105" w14:textId="3435F462" w:rsidR="00DB0982" w:rsidRDefault="00DB0982" w:rsidP="00DB0982">
            <w:pPr>
              <w:jc w:val="center"/>
              <w:rPr>
                <w:sz w:val="22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 wp14:anchorId="2AEBBC57" wp14:editId="580ADFBB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56575F" w14:textId="77777777" w:rsidR="00DB0982" w:rsidRDefault="00DB0982" w:rsidP="00DB0982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DB0982" w14:paraId="57001694" w14:textId="77777777" w:rsidTr="00DB0982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CD17" w14:textId="77777777" w:rsidR="00DB0982" w:rsidRDefault="00DB0982" w:rsidP="00DB0982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B89385" w14:textId="77777777" w:rsidR="00DB0982" w:rsidRDefault="00DB0982" w:rsidP="00DB0982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DB0982" w14:paraId="7E59F0A3" w14:textId="77777777" w:rsidTr="00DB0982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0D9F" w14:textId="77777777" w:rsidR="00DB0982" w:rsidRDefault="00DB0982" w:rsidP="00DB0982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6A6F24" w14:textId="77777777" w:rsidR="00DB0982" w:rsidRDefault="00DB0982" w:rsidP="00DB0982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36A4E0" w14:textId="77777777" w:rsidR="00DB0982" w:rsidRDefault="00DB0982" w:rsidP="00DB0982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755FF552" w14:textId="77777777" w:rsidR="00DB0982" w:rsidRDefault="00DB0982" w:rsidP="00DB0982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7D5343B8" w14:textId="77777777" w:rsidR="00DB0982" w:rsidRDefault="00DB0982" w:rsidP="00DB0982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DB0982" w14:paraId="5729CB49" w14:textId="77777777" w:rsidTr="00DB0982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94B9" w14:textId="77777777" w:rsidR="00DB0982" w:rsidRDefault="00DB0982" w:rsidP="00DB0982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63729F" w14:textId="77777777" w:rsidR="00DB0982" w:rsidRDefault="00DB0982" w:rsidP="00DB0982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15310971" w14:textId="77777777" w:rsidR="00DB0982" w:rsidRDefault="00DB0982" w:rsidP="00DB0982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1543F910" w14:textId="77777777" w:rsidR="00DB0982" w:rsidRDefault="00DB0982" w:rsidP="00DB0982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B69973" w14:textId="77777777" w:rsidR="00DB0982" w:rsidRDefault="00DB0982" w:rsidP="00DB0982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DB0982" w14:paraId="3A536121" w14:textId="77777777" w:rsidTr="00DB0982">
        <w:trPr>
          <w:trHeight w:val="229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88C2" w14:textId="77777777" w:rsidR="00DB0982" w:rsidRDefault="00DB0982" w:rsidP="00DB0982">
            <w:pPr>
              <w:spacing w:after="60"/>
              <w:rPr>
                <w:rFonts w:asciiTheme="minorHAnsi" w:hAnsiTheme="minorHAnsi"/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2BC20322" w14:textId="77777777" w:rsidR="00DB0982" w:rsidRDefault="00DB0982" w:rsidP="00DB0982">
      <w:pPr>
        <w:spacing w:before="80" w:after="60"/>
        <w:rPr>
          <w:b/>
          <w:kern w:val="2"/>
          <w:sz w:val="24"/>
          <w:szCs w:val="24"/>
          <w:lang w:val="ro-RO"/>
          <w14:ligatures w14:val="standardContextual"/>
        </w:rPr>
      </w:pPr>
    </w:p>
    <w:p w14:paraId="70547CAD" w14:textId="77777777" w:rsidR="00846492" w:rsidRPr="00932ED5" w:rsidRDefault="00DD28D3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DD28D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  <w:bookmarkStart w:id="0" w:name="_GoBack"/>
        <w:bookmarkEnd w:id="0"/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DD28D3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DD28D3">
            <w:pPr>
              <w:keepNext/>
              <w:rPr>
                <w:lang w:val="fr-FR"/>
              </w:rPr>
            </w:pPr>
            <w:proofErr w:type="spellStart"/>
            <w:proofErr w:type="gram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DD28D3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DD28D3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DD28D3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DD28D3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DD28D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DD28D3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proofErr w:type="spellStart"/>
      <w:r w:rsidRPr="00AD1D4A">
        <w:rPr>
          <w:sz w:val="18"/>
        </w:rPr>
        <w:t>Leg</w:t>
      </w:r>
      <w:r>
        <w:rPr>
          <w:sz w:val="18"/>
        </w:rPr>
        <w:t>ea</w:t>
      </w:r>
      <w:proofErr w:type="spellEnd"/>
      <w:r>
        <w:rPr>
          <w:sz w:val="18"/>
        </w:rPr>
        <w:t xml:space="preserve">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DD28D3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DD28D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DD28D3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DD28D3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 xml:space="preserve">(2) lit. b) 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10"/>
          <w:headerReference w:type="first" r:id="rId11"/>
          <w:footerReference w:type="first" r:id="rId12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DD28D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DD28D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DD28D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DD28D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DD28D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 xml:space="preserve">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DD28D3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DD28D3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DD28D3">
            <w:pPr>
              <w:keepNext/>
            </w:pPr>
            <w:r>
              <w:rPr>
                <w:b/>
                <w:color w:val="0D5F78"/>
              </w:rPr>
              <w:t>Nr. / data</w:t>
            </w:r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DD28D3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DD28D3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DD28D3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DD28D3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DD28D3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DD28D3">
            <w:pPr>
              <w:rPr>
                <w:sz w:val="16"/>
              </w:rPr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DD28D3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DD28D3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</w:t>
            </w:r>
            <w:proofErr w:type="spellStart"/>
            <w:r>
              <w:rPr>
                <w:i/>
                <w:sz w:val="17"/>
              </w:rPr>
              <w:t>Lege</w:t>
            </w:r>
            <w:r w:rsidR="003F4418">
              <w:rPr>
                <w:i/>
                <w:sz w:val="17"/>
              </w:rPr>
              <w:t>a</w:t>
            </w:r>
            <w:proofErr w:type="spellEnd"/>
            <w:r w:rsidR="003F4418">
              <w:rPr>
                <w:i/>
                <w:sz w:val="17"/>
              </w:rPr>
              <w:t xml:space="preserve">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DD28D3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DD28D3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prin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DD28D3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DD28D3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DD28D3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DD28D3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A9A45" w14:textId="77777777" w:rsidR="00DD28D3" w:rsidRDefault="00DD28D3">
      <w:r>
        <w:separator/>
      </w:r>
    </w:p>
  </w:endnote>
  <w:endnote w:type="continuationSeparator" w:id="0">
    <w:p w14:paraId="0F778D80" w14:textId="77777777" w:rsidR="00DD28D3" w:rsidRDefault="00DD2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F5D4A" w14:textId="77777777" w:rsidR="00846492" w:rsidRDefault="00DD28D3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2E93B" w14:textId="77777777" w:rsidR="00F343D2" w:rsidRDefault="00F343D2" w:rsidP="00F343D2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AFB4B" w14:textId="77777777" w:rsidR="00DD28D3" w:rsidRDefault="00DD28D3">
      <w:r>
        <w:separator/>
      </w:r>
    </w:p>
  </w:footnote>
  <w:footnote w:type="continuationSeparator" w:id="0">
    <w:p w14:paraId="6C519719" w14:textId="77777777" w:rsidR="00DD28D3" w:rsidRDefault="00DD2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07BB7" w14:textId="53CC4ECF" w:rsidR="007C5D68" w:rsidRDefault="007C5D68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Header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70FD7"/>
    <w:rsid w:val="00932ED5"/>
    <w:rsid w:val="00A17614"/>
    <w:rsid w:val="00AA1D8D"/>
    <w:rsid w:val="00AD1D4A"/>
    <w:rsid w:val="00B47730"/>
    <w:rsid w:val="00CA6FDB"/>
    <w:rsid w:val="00CB0664"/>
    <w:rsid w:val="00D2019F"/>
    <w:rsid w:val="00D2346C"/>
    <w:rsid w:val="00DB0982"/>
    <w:rsid w:val="00DD28D3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DB09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EDB734-87A3-42A8-9CC0-2192E48D7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869</Words>
  <Characters>5042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2026-09-23T09:15:00Z</dcterms:modified>
  <cp:category/>
</cp:coreProperties>
</file>